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 w:before="0" w:line="240" w:lineRule="auto"/>
        <w:jc w:val="left"/>
      </w:pPr>
      <w:r>
        <w:rPr>
          <w:b/>
          <w:sz w:val="32"/>
        </w:rPr>
        <w:t>AHMET KEREM ÖZBAY</w:t>
      </w:r>
    </w:p>
    <w:p>
      <w:pPr>
        <w:spacing w:after="120" w:before="0" w:line="240" w:lineRule="auto"/>
      </w:pPr>
      <w:r>
        <w:rPr>
          <w:i/>
          <w:sz w:val="22"/>
        </w:rPr>
        <w:t>Warehouse Operations | Logistics &amp; International Trade (Graduate)</w:t>
      </w:r>
    </w:p>
    <w:p>
      <w:pPr>
        <w:spacing w:after="40" w:before="0" w:line="240" w:lineRule="auto"/>
      </w:pPr>
    </w:p>
    <w:p>
      <w:pPr>
        <w:spacing w:after="40" w:before="0" w:line="240" w:lineRule="auto"/>
      </w:pPr>
      <w:r>
        <w:rPr>
          <w:b/>
        </w:rPr>
        <w:t>Currently mobile in EU</w:t>
      </w:r>
      <w:r>
        <w:t xml:space="preserve"> • Malatya, Turkey • Open to relocation • Open to shift work</w:t>
      </w:r>
    </w:p>
    <w:p>
      <w:pPr>
        <w:spacing w:after="40" w:before="0" w:line="240" w:lineRule="auto"/>
      </w:pPr>
      <w:r>
        <w:t>+90 544 904 3303 • ozbaykerem18@gmail.com</w:t>
      </w:r>
    </w:p>
    <w:p>
      <w:pPr>
        <w:spacing w:after="40" w:before="0" w:line="240" w:lineRule="auto"/>
      </w:pPr>
      <w:r>
        <w:t>LinkedIn: https://www.linkedin.com/in/ahmet-kerem-%C3%B6zbay-204505261</w:t>
      </w:r>
    </w:p>
    <w:p>
      <w:pPr>
        <w:spacing w:after="40" w:before="0" w:line="240" w:lineRule="auto"/>
      </w:pPr>
    </w:p>
    <w:p>
      <w:pPr>
        <w:spacing w:after="40" w:before="0" w:line="240" w:lineRule="auto"/>
      </w:pPr>
      <w:r>
        <w:rPr>
          <w:b/>
        </w:rPr>
        <w:t>Summary:</w:t>
      </w:r>
      <w:r>
        <w:t xml:space="preserve"> Warehouse operator with hands-on experience in picking, packing, receiving, labeling, and stock put-away, plus a B.A. in International Trade &amp; Logistics. Strong barcode-check discipline, quantity verification, and 5S mindset to protect accuracy and flow under dispatch deadlines. English C1 and advanced Excel/Office skills. Open to shift work and relocation where needed.</w:t>
      </w:r>
    </w:p>
    <w:p>
      <w:pPr>
        <w:spacing w:after="40" w:before="0" w:line="240" w:lineRule="auto"/>
      </w:pPr>
    </w:p>
    <w:p>
      <w:pPr>
        <w:spacing w:after="40" w:before="0" w:line="240" w:lineRule="auto"/>
      </w:pPr>
      <w:r>
        <w:rPr>
          <w:b/>
        </w:rPr>
        <w:t>Experience:</w:t>
      </w:r>
      <w:r>
        <w:t xml:space="preserve"> </w:t>
      </w:r>
      <w:r>
        <w:rPr>
          <w:b/>
        </w:rPr>
        <w:t>Warehouse Worker</w:t>
      </w:r>
      <w:r>
        <w:t xml:space="preserve"> — Local Warehouse, Malatya, Turkey | </w:t>
      </w:r>
      <w:r>
        <w:rPr>
          <w:i/>
        </w:rPr>
        <w:t>2023 – 2024</w:t>
      </w:r>
    </w:p>
    <w:p>
      <w:pPr>
        <w:spacing w:after="40" w:before="0" w:line="240" w:lineRule="auto"/>
      </w:pPr>
      <w:r>
        <w:t>Picked, packed, received, labeled, and shelved goods in line with warehouse safety and quality standards. • Performed barcode scanning checks and quantity verification to support inventory accuracy and reduce mis-picks/returns. • Supported dispatch preparation by staging packed orders and maintaining clear labeling and shelf organization. • Participated in 5S workplace organization to improve storage visibility and reduce unnecessary walking/search time. • Worked closely with supervisors and teammates to meet daily outbound targets under time pressure.</w:t>
      </w:r>
    </w:p>
    <w:p>
      <w:pPr>
        <w:spacing w:after="40" w:before="0" w:line="240" w:lineRule="auto"/>
      </w:pPr>
    </w:p>
    <w:p>
      <w:pPr>
        <w:spacing w:after="40" w:before="0" w:line="240" w:lineRule="auto"/>
      </w:pPr>
      <w:r>
        <w:rPr>
          <w:b/>
        </w:rPr>
        <w:t>Additional Experience:</w:t>
      </w:r>
      <w:r>
        <w:t xml:space="preserve"> </w:t>
      </w:r>
      <w:r>
        <w:rPr>
          <w:b/>
        </w:rPr>
        <w:t>Waiter / Service Staff</w:t>
      </w:r>
      <w:r>
        <w:t xml:space="preserve"> — Antik Cafe, Malatya, Turkey | </w:t>
      </w:r>
      <w:r>
        <w:rPr>
          <w:i/>
        </w:rPr>
        <w:t>2024 – 2025</w:t>
      </w:r>
    </w:p>
    <w:p>
      <w:pPr>
        <w:spacing w:after="40" w:before="0" w:line="240" w:lineRule="auto"/>
      </w:pPr>
      <w:r>
        <w:t>Delivered high-volume customer service while maintaining hygiene and presentation standards. • Built strong communication, teamwork, and multitasking habits in a fast-paced environment.</w:t>
      </w:r>
    </w:p>
    <w:p>
      <w:pPr>
        <w:spacing w:after="40" w:before="0" w:line="240" w:lineRule="auto"/>
      </w:pPr>
    </w:p>
    <w:p>
      <w:pPr>
        <w:spacing w:after="40" w:before="0" w:line="240" w:lineRule="auto"/>
      </w:pPr>
      <w:r>
        <w:rPr>
          <w:b/>
        </w:rPr>
        <w:t>Education:</w:t>
      </w:r>
      <w:r>
        <w:t xml:space="preserve"> B.A. International Trade &amp; Logistics — Cumhuriyet University, Sivas, Turkey | Jul 2025</w:t>
      </w:r>
    </w:p>
    <w:p>
      <w:pPr>
        <w:spacing w:after="40" w:before="0" w:line="240" w:lineRule="auto"/>
      </w:pPr>
    </w:p>
    <w:p>
      <w:pPr>
        <w:spacing w:after="40" w:before="0" w:line="240" w:lineRule="auto"/>
      </w:pPr>
      <w:r>
        <w:rPr>
          <w:b/>
        </w:rPr>
        <w:t>Skills:</w:t>
      </w:r>
      <w:r>
        <w:t xml:space="preserve"> </w:t>
      </w:r>
      <w:r>
        <w:rPr>
          <w:b/>
        </w:rPr>
        <w:t>Warehouse Operations:</w:t>
      </w:r>
      <w:r>
        <w:t xml:space="preserve"> picking, packing, sorting, receiving, labeling, put-away, loading/unloading, basic stock control, 5S • </w:t>
      </w:r>
      <w:r>
        <w:rPr>
          <w:b/>
        </w:rPr>
        <w:t>Trade &amp; Documentation:</w:t>
      </w:r>
      <w:r>
        <w:t xml:space="preserve"> Incoterms 2020 (EXW, FOB, FCA, CIF, CFR, DAP, DDP); commercial invoice; proforma; packing list; CMR; bill of lading (B/L); ATR; certificate of origin (COO); • </w:t>
      </w:r>
      <w:r>
        <w:rPr>
          <w:b/>
        </w:rPr>
        <w:t>Tools:</w:t>
      </w:r>
      <w:r>
        <w:t xml:space="preserve"> MS Excel, Word, PowerPoint • </w:t>
      </w:r>
      <w:r>
        <w:rPr>
          <w:b/>
        </w:rPr>
        <w:t>Languages:</w:t>
      </w:r>
      <w:r>
        <w:t xml:space="preserve"> English (C1) • French (A1) • German (A1) • </w:t>
      </w:r>
      <w:r>
        <w:rPr>
          <w:b/>
        </w:rPr>
        <w:t>Certifications &amp; Licenses:</w:t>
      </w:r>
      <w:r>
        <w:t xml:space="preserve"> B driving license • UAV pilot license</w:t>
      </w:r>
    </w:p>
    <w:sectPr w:rsidR="00FC693F" w:rsidRPr="0006063C" w:rsidSect="00034616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